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הכפר הגלובלי הקטן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כפר גלובלי ואיך טכנולוגיה מקרבת בין ילדים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חשובים בשיחה עם כיתה מארץ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דרכי התקשרות פעם והיום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-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העולם הגדול מרגיש כמו כפר קטן בזכות התקשורת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הכתובת והטלפון של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שיש הבדלים מרתקים וגם הרבה דברים משותפים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- קריאה בין השורות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שיחות וידאו וסרטונים מאפשרים היכרות בלי טיסה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סיסמה היא פרט אישי שאסור לשתף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מבוגר יכול לעזור ולשמור על 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בסדר לשתף או שומרים לעצמנו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(בסדר לשתף)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(שומרים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(שומרים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(בסדר לשתף)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תאומות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סיסמה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דומה: סקרנות, כבוד ורצון להכיר. שונה: המכתב איטי והווידאו מהיר ומיידי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לאחד הכללים: לא לשתף פרטים אישיים, לדבר בפיקוח מבוגר, לדווח אם לא 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העולם מרגיש קטן בזכות הטכנולוגיה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כתובת, טלפון או סיסמה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שניהם מבוססים על סקרנות וכבוד להכיר מישהו 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חוויות אישיות של התלמידים עם שיחות וידאו או הודעות לחברים רחוקים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כללי הבטיחות ברשת לפני שעוברים למשימות הכתיבה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או 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הכפר הגלובלי הקטן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בזכות הטכנולוגיה ילדים ממדינות רחוקות יכולים להכיר זה את זה, ללמוד על הבדלים ועל דברים משותפים, ולשמור על כללי בטיחות בדרך.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כפר  ·  סיסמה  ·  תאומות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פני המים -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הביטוי כפר גלובלי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כפר קטן ליד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העולם הגדול מרגיש כמו כפר קטן בזכות התקשורת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כפר שבו כולם מדברים אותה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פרט אסור לשתף בשיחה עם כיתה מארץ אחרת?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המאכל האהוב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החג האהוב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הכתובת והטלפון של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מגלים התלמידים במפגשים,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שיש הבדלים מרתקים וגם הרבה דברים משותפים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שכולם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שאין על מה לדבר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מתחת למים - קריאה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בזכות הטכנולוגיה אפשר להכיר ילדים ממדינות רחוקות בלי לנסוע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לשלוח את הסיסמה שלנו לחבר חדש מארץ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משהו בשיחה ברשת מרגיש לא נוח, כדאי לספר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מיון: בסדר לשתף או שומרים לעצמנו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המאכל האהוב עליי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שומרים לעצמנו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הכתובת של הבית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בסדר לשתף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הסיסמה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בסדר לשתף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איך חוגגים אצלנו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שומרים לעצמנו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בזכות התקשורת והטכנולוגיה העולם הגדול מרגיש כמו __________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שתי כיתות ממדינות שונות שנפגשות במסך נקראות כיתות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אסור לשתף בשיחה ברשת פרטים כמו כתובת, טלפון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דומה ומה שונה בין מכתב לחבר לעט שנסע שבועות לבין שיחת וידאו עם כיתה תאומה?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כלל בטיחות ברשת נראה לכם הכי חשוב,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כפר גלובלי?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לפרט אישי שאסור לשתף ברשת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הכפר הגלובלי הקטן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