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הגלובלי הקטן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כפר גלובלי ואיך טכנולוגיה מקרבת בין ילדים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חשובים בשיחה עם כיתה מארץ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דרכי התקשרות פעם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העולם הגדול מרגיש כמו כפר קטן בזכות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הכתובת והטלפון של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שיש הבדלים מרתקים וגם הרבה דברים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נפגשות במסך בשיחת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כולם אוהבים לצחוק ולשחק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מבוגר עוזר לשמור על בטיחות ועל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כשמכירים אנשים באמת, רואים שהם לא תואמים לרעיון מוכן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שיחות וידאו וסרטונים מאפשרים היכרות בלי טיסה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פרט אישי שאסור לשתף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יכול לעזור ולשמור על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הבדלים וגם הרבה דברים משותפים כמו צחוק ומשחק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בטקסט על חברים לעט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היום משתמשים גם בסרטונים ובכתיבה משותפת 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בסדר לשתף או שומרים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(בסדר 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(בסדר 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(שומרים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(בסדר 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סקרנות, כבוד ורצון להכיר. שונה: המכתב איטי והווידאו מהיר ומיידי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לאחד הכללים: לא לשתף פרטים אישיים, לדבר בפיקוח מבוגר, לדווח אם לא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העולם מרגיש קטן בזכות הטכנולוגיה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כתובת, טלפון או 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מבוססים על סקרנות וכבוד להכיר מישהו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חוויות אישיות של התלמידים עם שיחות וידאו או הודעות לחברים רחוקים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כללי הבטיחות ברשת לפני שעוברים למשימות הכתיבה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הגלובלי הקטן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בזכות הטכנולוגיה ילדים ממדינות רחוקות יכולים להכיר זה את זה, ללמוד על הבדלים ועל דברים משותפים, ולשמור על כללי בטיחות בדרך.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הביטוי כפר גלובלי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קטן ליד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העולם הגדול מרגיש כמו כפר קטן בזכות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שבו כולם מדברים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שאין בו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פרט אסור לשתף בשיחה עם כיתה מארץ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המאכל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החג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הכתובת והטלפון של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מגלים התלמידים במפגשים,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הבדלים מרתקים וגם הרבה דברים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שכולם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על מה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שרק המבוגרים נהנים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נפגשות כיתות תאומות,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נוסעות במטוס אחת לשנייה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נפגשות במסך בשיחת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כותבות מכתבים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נפגשות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דוגמה לדבר משותף בין ילדים מארצות שונות,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אוהבים לצחוק ולשחק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אוכלים אותו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מדברים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גרים באותה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שהמפגשים יהיו בפיקוח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ילדים לא יודעים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לצחוק בשיחה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מבוגר עוזר לשמור על בטיחות ועל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מבוגרים צריכים לענות במקום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מפגש עם ילדים מארץ אחרת יכול לפרק דעות קדומות?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כשמכירים אנשים באמת, רואים שהם לא תואמים לרעיון מוכן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שומעים רק את מה שאנחנו כבר יודעים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מדברים רק על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שואלים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בזכות הטכנולוגיה אפשר להכיר ילדים ממדינות רחוקות בלי לנסוע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לשלוח את הסיסמה שלנו לחבר חדש מארץ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בשיחה ברשת מרגיש לא נוח, כדאי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מארצות שונות לא יכולים למצוא שום דבר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חברים לעט בעבר כתבו מכתבים ששלחו באונייה או במטוס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פרויקטים כיתתיים היום משתמשים רק במכתבים בדואר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בסדר לשתף או שומרים לעצמנו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המאכל האהוב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הכתובת של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הסיסמה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חוגגים אצלנו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בסדר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מספר הטלפון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ציור שציירתי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בסדר לשתף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בזכות התקשורת והטכנולוגיה העולם הגדול מרגיש כמו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שתי כיתות ממדינות שונות שנפגשות במסך נקראות כיתות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לשתף בשיחה ברשת פרטים כמו כתובת, טלפון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בעבר ילדים כתבו מכתבים לחברים __________ שמעולם לא פגשו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שהמפגש יהיה בטוח, חשוב לשוחח בפיקוח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מכתב לחבר לעט שנסע שבועות לבין שיחת וידאו עם כיתה תאומה?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כלל בטיחות ברשת נראה לכם הכי חשוב,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כפר גלובלי?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לפרט אישי שאסור לשתף ברשת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דומה בין חברים לעט בעבר לכיתות תאומות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הכפר הגלובלי הקטן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